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br/>
        <w:br/>
        <w:t>Date: ____________________</w:t>
        <w:br/>
        <w:br/>
        <w:t>Recipient: ____________________</w:t>
        <w:br/>
        <w:br/>
        <w:t>Subject: ____________________</w:t>
        <w:br/>
        <w:br/>
        <w:t>Dear ____________________,</w:t>
        <w:br/>
        <w:br/>
        <w:br/>
        <w:br/>
        <w:br/>
        <w:t>Kind regards,</w:t>
        <w:br/>
        <w:br/>
        <w:t>________________________</w:t>
        <w:br/>
        <w:t>GraceLearn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9627A"/>
        <w:sz w:val="16"/>
      </w:rPr>
      <w:t>GraceLearn  |  Practice. Understand. Next.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41B41"/>
        <w:sz w:val="44"/>
      </w:rPr>
      <w:t>Grace</w:t>
    </w:r>
    <w:r>
      <w:rPr>
        <w:b/>
        <w:color w:val="5940E8"/>
        <w:sz w:val="44"/>
      </w:rPr>
      <w:t>Learn</w:t>
    </w:r>
  </w:p>
  <w:p>
    <w:r>
      <w:rPr>
        <w:color w:val="59627A"/>
        <w:sz w:val="18"/>
      </w:rPr>
      <w:t>Practice. Understand. Next.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